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🃏 כרטיסיות משימה לכל טקסט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הכלב של דני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הסיפור הקצר על דני ובוני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מילים ומושגים מהטקסט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לסדר את מהלך הסיפור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לגן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כתוב בטקסט שיש לו אוזניים גדולות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כתוב בטקסט בפירוש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כלב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בוני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מילים ומשמעות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(חיה שגרה עם אנשים)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(שומעים איתן)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(מקום עם עצים ודשא)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(הולך מהר מאוד)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את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דני ובוני הולכים לגן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בוני רואה כדור אדום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בוני מביא את הכדור לדני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דני זורק את הכדור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בוני שמח כי דני אמר תודה ושיחק איתו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בוני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לשחק ולרוץ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שמח / מרוצה כי בוני הביא לו את הכדור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הטקסט בקול וללוות באיורים או בתנועות גוף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לתת לתלמידים לבחור מילים מוכרות להקפה כדי לחזק ביטחון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הסידור אפשר להשתמש בכרטיסיות תמונה במקום משפטים כתובים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🃏 כרטיסיות משימה לכל טקסט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הכלב של דני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נקרא יחד סיפור קצר על ילד בשם דני והכלב שלו בוני. נענה על שאלות קטנות ונתרגל מילים מהסיפור.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כלב  ·  בוני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השם של הכלב?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דני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רקס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לאן דני ובוני הולכים בבוקר?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לגן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לחנות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לבוני יש אוזניים גדולות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בגן יש עצים ודשא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לדני יש __________ קטן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השם של הכלב הוא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התאמת מילים ומשמעות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כלב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שומעים איתן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אוזניים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חיה שגרה עם אנשים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גן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הולך מהר מאוד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רץ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מקום עם עצים ודשא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את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דני זורק את הכדור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בוני מביא את הכדור לדני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דני ובוני הולכים לגן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בוני רואה כדור אדום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בוני מרגיש בסוף הסיפור? כתבו או ציירו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שם הכלב בסיפור?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בוני אוהב לעשות?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הכלב של דני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