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של דני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הסיפור הקצר על דני ובוני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ומושגים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מהלך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כדור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שיש לו אוזניים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שלדני יש כלב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דני צוחק ושמח ואומר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שהוא מביא את הכדור האדום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(חיה שגרה עם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(שומעים איתן)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עם עצים ודשא)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(הולך מהר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(משחקים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ובוני הולכים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בוני רואה כדור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 מביא את הכדור לדני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 זורק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בוני רץ שוב ושמח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בוני שמח כי דני אמר תודה ושיחק איתו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לשחק ולרוץ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 / מרוצה כי בוני הביא לו את הכדור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וללוות באיורים או בתנועות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לבחור מילים מוכרות להקפה כדי לחזק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אפשר להשתמש בכרטיסיות תמונה במקום משפטים כתובים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הכלב של דני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קטן על ילד וכלב. נקרא ונענה על שאלות 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כֶּלֶב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שגרה עם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אָזְנַיִם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איתן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גַּן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עצים ודשא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רָץ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 מהר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צוֹחֵק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הצבע של הכלב?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מקום הם הולכים?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הכלב רואה?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לבוני יש אוזניים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כלב גדול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בגן יש עצים ודשא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כועס על בוני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מביא לדני כדור אדום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לדני יש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השם של הכלב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בגן יש עצים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בוני __________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דני __________ ואומר תודה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עם עצים ודשא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אוזניים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חיה שגרה עם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שומעים איתן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הולך מהר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רץ שוב ושמח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מביא את הכדור לדני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זורק את הכדור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דני ובוני הולכים לגן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 רואה כדור 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בוני מרגיש בסוף הסיפור? כתבו או ציירו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הכלב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בוני אוהב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דני מרגיש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הכלב של דני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