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הכלב של דני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הסיפור הקצר על דני ובוני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ומושגים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את מהלך הסיפור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כדור אדום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שיש לו אוזניים גדולות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בטקסט כתוב שלדני יש כלב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בטקסט בפירוש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דני צוחק ושמח ואומר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שהוא מביא את הכדור האדום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צוחק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(חיה שגרה עם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(שומעים איתן)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(מקום עם עצים ודשא)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(הולך מהר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(משחקים בו)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דני ובוני הולכים לגן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בוני רואה כדור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בוני מביא את הכדור לדני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דני זורק את הכדור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בוני רץ שוב ושמח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בוני שמח כי דני אמר תודה ושיחק איתו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לשחק ולרוץ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שמח / מרוצה כי בוני הביא לו את הכדור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וללוות באיורים או בתנועות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לתלמידים לבחור מילים מוכרות להקפה כדי לחזק ביטחון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הסידור אפשר להשתמש בכרטיסיות תמונה במקום משפטים כתובים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הכלב של דני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נקרא יחד סיפור קצר על ילד בשם דני והכלב שלו בוני. נענה על שאלות קטנות ונתרגל מילים מהסיפור.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השם של הכלב?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צבע בוני?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לאן דני ובוני הולכים בבוקר?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בוני רואה בגן?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כדור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גדול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לבוני יש אוזניים גדולות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בוני כלב גדול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בגן יש עצים ודשא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כועס על בוני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בוני מביא לדני כדור אדום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לדני יש __________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השם של הכלב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בגן יש עצים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בוני __________ מהר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דני __________ ואומר תודה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עם עצים ודשא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אוזניים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משחקים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שומעים איתן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חיה שגרה עם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הולך מהר מאוד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זורק את הכדור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בוני רץ שוב ושמח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בוני רואה כדור אדום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ובוני הולכים לגן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בוני מביא את הכדור לדני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בוני מרגיש בסוף הסיפור? כתבו או ציירו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הכלב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בוני אוהב לעשות?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דני מרגיש בסוף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הכלב של דני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